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 הרופא – בריאות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הקשורות לביקור אצל הרופא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קובעים תור ומה מביאים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שימושיים כשכואב לנו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 תושב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בטלפון, באתר או באפליקציה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בכתבה שיש חוק כזה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4 קופות 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לקבוע תור בטלפון, באתר או באפליקציה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להביא תעודת זהות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מרגיש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(בודק ועוזר לחולים)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(קונים אותה בבית מרקחת עם מרשם)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(הגוף חם יותר מהרגיל)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שאומרים למי שחולה)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קופת 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רופא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קובעים תור עם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לרופא מה כואב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מקבלים מרשם והולכים לבית מרקחת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2-3 משפטים עם תיאור כאב והרגשה, שימוש במילים מהדף כמו כואב לי, יש לי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קצר בסדר הגיוני: תור, הסבר על הכאב, מרשם, סיום בברכה כמו רפואה שלמה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קופות 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כואב לי הגרון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הולכים לבית מרקחת ולוקחים תרופה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את המשפטים כואב לי...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מרגיש למרגישה לתלמידים ותלמידות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הסדר אפשר לבקש מהתלמידים להסביר בקול רם למה בחרו את הסדר הזה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 הרופא – בריאות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אדם בישראל הולך לרופא בקופת חולים. נלמד מילים חשובות: תור, מרשם, בית מרקחת.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קופת חולים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שדואג לבריאות של התושבים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קבוע לפגישה עם הרופא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מהרופא שאיתו קונים תרופה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מרקחת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שקונים בו תרופות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מגן דוד אדום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שירות חירום רפואי, מספר 101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שמביאים לתור אצל הרופא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להרגיש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 מה קורה בגוף או בלב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רפואה שלמה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שאומרים למי שחולה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מבוטח?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עולים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תושב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לוקחים לתור?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מתנה לרופא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קובעים 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בטלפון, באתר או באפליקציה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בפקס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לקבוע 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מספר חירום?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יש חוק ביטוח 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קופת חולים אחת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לקבוע תור גם באפליקציה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צריך להביא שום דבר לתור אצל הרופא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כואב לי ה__________, אני לא יכול לאכול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עם המרשם הולכים לבית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שהולכים לרופא קובעים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איך אתה __________ היום?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שאומרים למי שחולה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הגוף חם יותר מהרגיל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 ועוזר לחולים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רפואה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קונים אותה בבית מרקחת עם מרשם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תור עם תעודת 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לרופא מה כואב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קופת חולים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מרשם והולכים לבית מרקחת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רופא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לרופא: תארו מה כואב לכם ואיך אתם מרגישים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ביקור אצל הרופא (שלכם או של מישהו שאתם מכירים) – מה קרה, מה אמרתם, מה קיבלתם בסוף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קופות חולים יש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לרופא כשכואב הגרון?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עם המרשם?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אצל הרופא – בריאות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