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אצל הרופא – בריאות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חשובות הקשורות לביקור אצל הרופא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איך קובעים תור ומה מביאים אליו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משפטים שימושיים כשכואב לנו משהו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כל תושב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תעודת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בטלפון, באתר או באפליקציה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101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בכתבה שיש חוק כזה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4 קופות חולים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אפשר לקבוע תור בטלפון, באתר או באפליקציה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צריך להביא תעודת זהות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מרקחת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מרגיש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(בודק ועוזר לחולים)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(קונים אותה בבית מרקחת עם מרשם)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(הגוף חם יותר מהרגיל)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(מה שאומרים למי שחולה)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קופת חולים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רופא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קובעים תור עם תעודת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מספרים לרופא מה כואב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מקבלים מרשם והולכים לבית מרקחת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2-3 משפטים עם תיאור כאב והרגשה, שימוש במילים מהדף כמו כואב לי, יש לי חום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סיפור קצר בסדר הגיוני: תור, הסבר על הכאב, מרשם, סיום בברכה כמו רפואה שלמה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4 קופות חולים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כואב לי הגרון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הולכים לבית מרקחת ולוקחים תרופה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את המשפטים כואב לי...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מרגיש למרגישה לתלמידים ותלמידות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של הסדר אפשר לבקש מהתלמידים להסביר בקול רם למה בחרו את הסדר הזה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אצל הרופא – בריאות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בישראל כל תושב מבוטח בקופת חולים. בדף הזה נלמד איך קובעים תור אצל הרופא, מה אומרים כשכואב לנו, ומה עושים עם המרשם.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קופות חולים יש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מבוטח בקופת חולים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עולים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תושב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מבוגרים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מביאים לתור אצל הרופא?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תעודת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מתנה לרופא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אפשר לקבוע תור אצל הרופא?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בדואר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בטלפון, באתר או באפליקציה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בפקס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לקבוע 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לאיזה מספר מתקשרים במקרה חירום?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103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בישראל יש חוק ביטוח בריאות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רק קופת חולים אחת בישראל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לקבוע תור גם באפליקציה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צריך להביא שום דבר לתור אצל הרופא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כואב לי ה__________, אני לא יכול לאכול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עם המרשם הולכים לבית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שהולכים לרופא קובעים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איך אתה __________ היום?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רופא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קונים אותה בבית מרקחת עם מרשם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תרופה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 שאומרים למי שחולה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בודק ועוזר לחולים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רפואה שלמה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הגוף חם יותר מהרגיל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מקבלים מרשם והולכים לבית מרקחת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קובעים תור עם תעודת זהות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מספרים לרופא מה כואב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קופת חולים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רופא משפחה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מכתב קצר לרופא: תארו מה כואב לכם ואיך אתם מרגישים היום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ספרו על ביקור אצל הרופא (שלכם או של מישהו שאתם מכירים) – מה קרה, מה אמרתם, מה קיבלתם בסוף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קופות חולים יש בישראל?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אומרים לרופא כשכואב הגרון?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עם המרשם?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אצל הרופא – בריאות בעברית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